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מהכיתה ומבית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יום 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משפט פשוט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כי מספרים קל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מרים יד ושואל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עם אחיו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אוכלים ומשחקים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הולך עם אחיו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כן אוהב, כי מספרים קל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מרים יד ושואל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(תולים עליו ומציירים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(כותבים בו ואפשר למחוק)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(שמים בו ספרים ומחברות)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(יושבים לידו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(כותבים בה שיעורים)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אני הולך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עם אחי הגדול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רשימה של שיעורים לפי סדר, לפחות 3 שיעורים, במשפטים פשוטים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אוכלים ומשחקים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מרימים יד ושואלים את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בקול יחד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חפצים מהכיתה לצד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כתיבה חופשית לפי רמת התלמיד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מהכיתה כמו ספר, מחברת ולוח, ונקרא טקסט קצר על ילד שהולך לבית הספר.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השיעור הראשון של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הילד אוהב חשבון?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המורה מצחיקה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מספרים קל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אוהב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הילד עושה כשהוא לא מבין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מרים יד ושואל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 במחברת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עם מי הולך הילד לבית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אחותו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אחיו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בהפסקה הגדולה?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 ומשחקים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הולך לבית הספר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השיעור הראשון הוא 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לא אוהב חשבון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הגדולה אוכלים ארוחת עשר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כשהילד לא מבין מילה הוא שותק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עונה בסבלנות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בבוקר אני הולך ל__________ הספר עם אחי הגדול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הראשון הוא 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הגדולה אנחנו אוכלים ארוחת עשר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מרים יד ושואל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אנחנו קוראים סיפור ועונים על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כותבים בה שיעורים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עיפרון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יושבים לידו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תולים עליו ומציירים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כותבים בו ואפשר למחוק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שמים בו ספרים ומחברות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אחי הגדול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 הולך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את מערכת השעות שלכם ליום אחד: אילו שיעורים יש 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השיעור הראשון של הילד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בהפסקה הגדולה?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כשלא מבינים מילה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הספר והכיתה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