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מהכיתה ומבית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טקסט קצר על יום לימודים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מבנה משפט פשוט בעברית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כי מספרים קל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מרים יד ושואל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עם אחיו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אוכלים ומשחקים בחצר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הולך עם אחיו הגדול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כן אוהב, כי מספרים קל 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מרים יד ושואל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כתוב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(תולים עליו ומציירים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(כותבים בו ואפשר למחוק)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(שמים בו ספרים ומחברות)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(יושבים לידו בכיתה)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(כותבים בה שיעורים)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 הולך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לבית הספר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עם אחי הגדול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התלמידים יכתבו רשימה של שיעורים לפי סדר, לפחות 3 שיעורים, במשפטים פשוטים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אוכלים ומשחקים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מרימים יד ושואלים את המורה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הטקסט בקול יחד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להראות תמונות של חפצים מהכיתה לצד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כתיבה חופשית לפי רמת התלמיד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עברית לעולים חדשים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בית הספר והכיתה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מילים מהכיתה, כמו ספר ולוח. יש גם סיפור קצר על ילד בבית ספר.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כיתה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החדר שבו לומדים בבית הספר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שמלמד בכיתה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שיעור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של לימוד נושא אחד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הפסקה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קצר בלי לימודים, לאכול ולשחק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מחברת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דף כתיבה לתלמידים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עיפרון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שקית לשים בה ספרים ומחברות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לשאול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לבקש תשובה כשלא מבינים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שיעור קודם?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הוא אוהב את השיעור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יש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המורה מצחיקה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מספרים קל 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אוהב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הוא עושה כשקשה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הולך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מרים יד ושואל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כותב במחברת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הולך איתו?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עם אחותו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עם אחיו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עם 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בהפסקה?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כותבים שיעורים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ומשחקים בחצר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קוראים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הולך לבית הספר 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השיעור הראשון הוא עברית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הילד לא אוהב 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בהפסקה הגדולה אוכלים ארוחת עשר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כשהילד לא מבין מילה הוא שותק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עונה בסבלנות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בבוקר אני הולך ל__________ הספר עם אחי הגדול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הראשון הוא 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ב__________ הגדולה אנחנו אוכלים ארוחת עשר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אני מרים יד ושואל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קוראים סיפור ועונים על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שמים בו ספרים ומחברות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עיפרון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כותבים בה שיעורים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יושבים לידו בכיתה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שולחן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כותבים בו ואפשר למחוק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מחברת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תולים עליו ומציירים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לבית הספר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אחי הגדול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בבוקר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אני הולך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את מערכת השעות שלכם ליום אחד: אילו שיעורים יש לכם?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השיעור הראשון של הילד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בהפסקה הגדולה?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כשלא מבינים מילה בכיתה?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בית הספר והכיתה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